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i/>
          <w:color w:val="5B6475"/>
          <w:sz w:val="18"/>
        </w:rPr>
        <w:t>Template from BidGaps (https://bidgaps.com/scope-letter/). General guidance, not legal advice. Have your contract documents reviewed by a qualified professional.</w:t>
      </w:r>
    </w:p>
    <w:p>
      <w:r>
        <w:t>[Your name]</w:t>
      </w:r>
    </w:p>
    <w:p>
      <w:r>
        <w:t>[Your company or organization]</w:t>
      </w:r>
    </w:p>
    <w:p>
      <w:r>
        <w:t>[Date]</w:t>
      </w:r>
    </w:p>
    <w:p/>
    <w:p>
      <w:r>
        <w:t>To: [Bidder company name]</w:t>
      </w:r>
    </w:p>
    <w:p>
      <w:r>
        <w:t>Attn: [Estimator name]</w:t>
      </w:r>
    </w:p>
    <w:p>
      <w:r>
        <w:rPr>
          <w:b/>
        </w:rPr>
        <w:t>Subject: Request for itemized scope: [Project name], [Trade] bid</w:t>
      </w:r>
    </w:p>
    <w:p>
      <w:r>
        <w:t>Hello [Estimator name],</w:t>
      </w:r>
    </w:p>
    <w:p>
      <w:r>
        <w:t>Thank you for bidding the [trade] work for [project name] at [project address]. We're asking every bidder for the same information so we can compare proposals on the same scope. Please include the items below with your proposal, due [date and time].</w:t>
      </w:r>
    </w:p>
    <w:p>
      <w:r>
        <w:t>Our bid documents are the drawings dated [date], the specifications dated [date], and addenda [numbers]. Please confirm the documents your price is based on.</w:t>
      </w:r>
    </w:p>
    <w:p>
      <w:pPr>
        <w:pStyle w:val="Heading2"/>
      </w:pPr>
      <w:r>
        <w:t>1. Base bid and breakdown</w:t>
      </w:r>
    </w:p>
    <w:p>
      <w:pPr>
        <w:pStyle w:val="ListBullet"/>
      </w:pPr>
      <w:r>
        <w:t>Your base bid as a single lump sum.</w:t>
      </w:r>
    </w:p>
    <w:p>
      <w:pPr>
        <w:pStyle w:val="ListBullet"/>
      </w:pPr>
      <w:r>
        <w:t>A breakdown by major line item or area (for example, by floor, building area or system), so we can compare like for like.</w:t>
      </w:r>
    </w:p>
    <w:p>
      <w:pPr>
        <w:pStyle w:val="ListBullet"/>
      </w:pPr>
      <w:r>
        <w:t>Whether sales tax, bonds, permits and fees, and prevailing wage (if applicable) are included or excluded, each stated separately.</w:t>
      </w:r>
    </w:p>
    <w:p>
      <w:pPr>
        <w:pStyle w:val="Heading2"/>
      </w:pPr>
      <w:r>
        <w:t>2. Scope checklist</w:t>
      </w:r>
    </w:p>
    <w:p>
      <w:pPr>
        <w:pStyle w:val="ListBullet"/>
      </w:pPr>
      <w:r>
        <w:t>Mark each line of the attached scope checklist as Included, Excluded, or Add $ (with the added price).</w:t>
      </w:r>
    </w:p>
    <w:p>
      <w:pPr>
        <w:pStyle w:val="ListBullet"/>
      </w:pPr>
      <w:r>
        <w:t>If a line is left blank, we will treat it as not stated and ask you to confirm it before award.</w:t>
      </w:r>
    </w:p>
    <w:p>
      <w:pPr>
        <w:pStyle w:val="ListBullet"/>
      </w:pPr>
      <w:r>
        <w:t>Tell us where your scope starts and stops at the edges (for example, at the building line, at a valve, at a panel or at a finished floor).</w:t>
      </w:r>
    </w:p>
    <w:p>
      <w:pPr>
        <w:pStyle w:val="Heading2"/>
      </w:pPr>
      <w:r>
        <w:t>3. Inclusions</w:t>
      </w:r>
    </w:p>
    <w:p>
      <w:pPr>
        <w:pStyle w:val="ListBullet"/>
      </w:pPr>
      <w:r>
        <w:t>A list of what your price includes, including any items you are carrying that are not on the checklist.</w:t>
      </w:r>
    </w:p>
    <w:p>
      <w:pPr>
        <w:pStyle w:val="Heading2"/>
      </w:pPr>
      <w:r>
        <w:t>4. Exclusions</w:t>
      </w:r>
    </w:p>
    <w:p>
      <w:pPr>
        <w:pStyle w:val="ListBullet"/>
      </w:pPr>
      <w:r>
        <w:t>A complete list of everything your price excludes, in one place.</w:t>
      </w:r>
    </w:p>
    <w:p>
      <w:pPr>
        <w:pStyle w:val="ListBullet"/>
      </w:pPr>
      <w:r>
        <w:t>For each exclusion, tell us who you assume will provide it (owner, another trade, or not required).</w:t>
      </w:r>
    </w:p>
    <w:p>
      <w:pPr>
        <w:pStyle w:val="Heading2"/>
      </w:pPr>
      <w:r>
        <w:t>5. Qualifications and assumptions</w:t>
      </w:r>
    </w:p>
    <w:p>
      <w:pPr>
        <w:pStyle w:val="ListBullet"/>
      </w:pPr>
      <w:r>
        <w:t>Any conditions your price depends on, such as site access, working hours, phasing, schedule, existing conditions, or utility availability.</w:t>
      </w:r>
    </w:p>
    <w:p>
      <w:pPr>
        <w:pStyle w:val="ListBullet"/>
      </w:pPr>
      <w:r>
        <w:t>How long your price is valid.</w:t>
      </w:r>
    </w:p>
    <w:p>
      <w:pPr>
        <w:pStyle w:val="Heading2"/>
      </w:pPr>
      <w:r>
        <w:t>6. Allowances</w:t>
      </w:r>
    </w:p>
    <w:p>
      <w:pPr>
        <w:pStyle w:val="ListBullet"/>
      </w:pPr>
      <w:r>
        <w:t>Carry the following allowances exactly as listed: [allowance item and amount], [allowance item and amount].</w:t>
      </w:r>
    </w:p>
    <w:p>
      <w:pPr>
        <w:pStyle w:val="ListBullet"/>
      </w:pPr>
      <w:r>
        <w:t>List any other allowances you included, with the amount and what each one covers.</w:t>
      </w:r>
    </w:p>
    <w:p>
      <w:pPr>
        <w:pStyle w:val="Heading2"/>
      </w:pPr>
      <w:r>
        <w:t>7. Alternates</w:t>
      </w:r>
    </w:p>
    <w:p>
      <w:pPr>
        <w:pStyle w:val="ListBullet"/>
      </w:pPr>
      <w:r>
        <w:t>Price each alternate separately as an add or deduct to the base bid: [Alternate 1 description], [Alternate 2 description].</w:t>
      </w:r>
    </w:p>
    <w:p>
      <w:pPr>
        <w:pStyle w:val="ListBullet"/>
      </w:pPr>
      <w:r>
        <w:t>Voluntary alternates or substitutions are welcome, but list them separately. Do not include them in the base bid.</w:t>
      </w:r>
    </w:p>
    <w:p>
      <w:pPr>
        <w:pStyle w:val="Heading2"/>
      </w:pPr>
      <w:r>
        <w:t>8. Unit prices</w:t>
      </w:r>
    </w:p>
    <w:p>
      <w:pPr>
        <w:pStyle w:val="ListBullet"/>
      </w:pPr>
      <w:r>
        <w:t>Provide unit prices for: [item and unit, e.g., rock excavation per cubic yard], [item and unit].</w:t>
      </w:r>
    </w:p>
    <w:p>
      <w:pPr>
        <w:pStyle w:val="ListBullet"/>
      </w:pPr>
      <w:r>
        <w:t>State what each unit price includes (labor, material, equipment, disposal, overhead and profit).</w:t>
      </w:r>
    </w:p>
    <w:p>
      <w:pPr>
        <w:pStyle w:val="Heading2"/>
      </w:pPr>
      <w:r>
        <w:t>9. Schedule</w:t>
      </w:r>
    </w:p>
    <w:p>
      <w:pPr>
        <w:pStyle w:val="ListBullet"/>
      </w:pPr>
      <w:r>
        <w:t>Your expected duration on site, crew size, and any long-lead items with current lead times.</w:t>
      </w:r>
    </w:p>
    <w:p>
      <w:pPr>
        <w:pStyle w:val="ListBullet"/>
      </w:pPr>
      <w:r>
        <w:t>Any other trades' work you need finished before you start.</w:t>
      </w:r>
    </w:p>
    <w:p>
      <w:pPr>
        <w:pStyle w:val="Heading2"/>
      </w:pPr>
      <w:r>
        <w:t>10. Questions</w:t>
      </w:r>
    </w:p>
    <w:p>
      <w:pPr>
        <w:pStyle w:val="ListBullet"/>
      </w:pPr>
      <w:r>
        <w:t>Send questions to [your name] at [your preferred contact method] by [date]. We will share answers with all bidders.</w:t>
      </w:r>
    </w:p>
    <w:p>
      <w:r>
        <w:t>This letter is a request for information to help us compare bids. It is not a contract, a notice of award, or a commitment to award.</w:t>
      </w:r>
    </w:p>
    <w:p>
      <w:r>
        <w:t>Thank you for your time on this. We appreciate a clear, complete proposal.</w:t>
      </w:r>
    </w:p>
    <w:p>
      <w:r>
        <w:t>Thank you,</w:t>
      </w:r>
    </w:p>
    <w:p>
      <w:r>
        <w:t>[Your name]</w:t>
      </w:r>
    </w:p>
    <w:p>
      <w:r>
        <w:t>[Title]</w:t>
      </w:r>
    </w:p>
    <w:p>
      <w:r>
        <w:t>[Company or organization]</w:t>
      </w:r>
    </w:p>
    <w:p>
      <w:r>
        <w:rPr>
          <w:i/>
        </w:rPr>
        <w:t>Attachments: [Trade] scope checklist (you can print or copy one for your trade at https://bidgaps.com/trades/), drawings and specifications list, addenda.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Scope letter template (BidGaps)</dc:title>
  <dc:subject/>
  <dc:creator>BidGaps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